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486F8C" w14:textId="2BE10941" w:rsidR="009F027B" w:rsidRPr="00DD4192" w:rsidRDefault="009F027B" w:rsidP="009F027B">
      <w:pPr>
        <w:jc w:val="right"/>
        <w:rPr>
          <w:rFonts w:asciiTheme="majorHAnsi" w:hAnsiTheme="majorHAnsi" w:cstheme="majorHAnsi"/>
          <w:i/>
          <w:iCs/>
        </w:rPr>
      </w:pPr>
      <w:proofErr w:type="spellStart"/>
      <w:r w:rsidRPr="00DD4192">
        <w:rPr>
          <w:rFonts w:asciiTheme="majorHAnsi" w:hAnsiTheme="majorHAnsi" w:cstheme="majorHAnsi"/>
          <w:i/>
          <w:iCs/>
        </w:rPr>
        <w:t>Obrazac</w:t>
      </w:r>
      <w:proofErr w:type="spellEnd"/>
      <w:r w:rsidRPr="00DD4192">
        <w:rPr>
          <w:rFonts w:asciiTheme="majorHAnsi" w:hAnsiTheme="majorHAnsi" w:cstheme="majorHAnsi"/>
          <w:i/>
          <w:iCs/>
        </w:rPr>
        <w:t xml:space="preserve"> 1</w:t>
      </w:r>
    </w:p>
    <w:p w14:paraId="5C764B1D" w14:textId="3B004B5B" w:rsidR="00D03E1C" w:rsidRPr="00B342C5" w:rsidRDefault="009F027B" w:rsidP="009F027B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B342C5">
        <w:rPr>
          <w:rFonts w:asciiTheme="majorHAnsi" w:hAnsiTheme="majorHAnsi" w:cstheme="majorHAnsi"/>
          <w:b/>
          <w:bCs/>
          <w:sz w:val="24"/>
          <w:szCs w:val="24"/>
        </w:rPr>
        <w:t xml:space="preserve">OBRAZAC ZA </w:t>
      </w:r>
      <w:r w:rsidR="00DD4192" w:rsidRPr="00B342C5">
        <w:rPr>
          <w:rFonts w:asciiTheme="majorHAnsi" w:hAnsiTheme="majorHAnsi" w:cstheme="majorHAnsi"/>
          <w:b/>
          <w:bCs/>
          <w:sz w:val="24"/>
          <w:szCs w:val="24"/>
        </w:rPr>
        <w:t>UTVRĐIVANJE INTERESA ZA STAMBENO ZBRINJAVANJE MLADIH OSOBA I OBITELJI NA PODRUČJU OPĆINE DRAŽ</w:t>
      </w:r>
    </w:p>
    <w:p w14:paraId="1557A68C" w14:textId="77777777" w:rsidR="00AE6205" w:rsidRDefault="00AE6205" w:rsidP="009F027B">
      <w:pPr>
        <w:jc w:val="center"/>
        <w:rPr>
          <w:rFonts w:asciiTheme="majorHAnsi" w:hAnsiTheme="majorHAnsi" w:cstheme="majorHAnsi"/>
          <w:sz w:val="24"/>
          <w:szCs w:val="24"/>
        </w:rPr>
      </w:pPr>
    </w:p>
    <w:p w14:paraId="2E0CC7DA" w14:textId="7C4DAA50" w:rsidR="00F37D6C" w:rsidRDefault="00AE6205" w:rsidP="00AE6205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1. IME I </w:t>
      </w:r>
      <w:proofErr w:type="gramStart"/>
      <w:r>
        <w:rPr>
          <w:rFonts w:asciiTheme="majorHAnsi" w:hAnsiTheme="majorHAnsi" w:cstheme="majorHAnsi"/>
          <w:sz w:val="24"/>
          <w:szCs w:val="24"/>
        </w:rPr>
        <w:t>PREZIME:_</w:t>
      </w:r>
      <w:proofErr w:type="gramEnd"/>
      <w:r>
        <w:rPr>
          <w:rFonts w:asciiTheme="majorHAnsi" w:hAnsiTheme="majorHAnsi" w:cstheme="majorHAnsi"/>
          <w:sz w:val="24"/>
          <w:szCs w:val="24"/>
        </w:rPr>
        <w:t>________________________________________________________.</w:t>
      </w:r>
    </w:p>
    <w:p w14:paraId="7E09B443" w14:textId="28EEBEA9" w:rsidR="00AE6205" w:rsidRDefault="00AE6205" w:rsidP="00AE6205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2. ADRESA </w:t>
      </w:r>
      <w:proofErr w:type="gramStart"/>
      <w:r>
        <w:rPr>
          <w:rFonts w:asciiTheme="majorHAnsi" w:hAnsiTheme="majorHAnsi" w:cstheme="majorHAnsi"/>
          <w:sz w:val="24"/>
          <w:szCs w:val="24"/>
        </w:rPr>
        <w:t>PREBIVALIŠTA:_</w:t>
      </w:r>
      <w:proofErr w:type="gramEnd"/>
      <w:r>
        <w:rPr>
          <w:rFonts w:asciiTheme="majorHAnsi" w:hAnsiTheme="majorHAnsi" w:cstheme="majorHAnsi"/>
          <w:sz w:val="24"/>
          <w:szCs w:val="24"/>
        </w:rPr>
        <w:t>_________________________________________________.</w:t>
      </w:r>
    </w:p>
    <w:p w14:paraId="7541A6BC" w14:textId="2031935B" w:rsidR="00AE6205" w:rsidRDefault="00AE6205" w:rsidP="00AE6205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3. TELEFON ILI </w:t>
      </w:r>
      <w:proofErr w:type="gramStart"/>
      <w:r>
        <w:rPr>
          <w:rFonts w:asciiTheme="majorHAnsi" w:hAnsiTheme="majorHAnsi" w:cstheme="majorHAnsi"/>
          <w:sz w:val="24"/>
          <w:szCs w:val="24"/>
        </w:rPr>
        <w:t>MOBITEL:_</w:t>
      </w:r>
      <w:proofErr w:type="gramEnd"/>
      <w:r>
        <w:rPr>
          <w:rFonts w:asciiTheme="majorHAnsi" w:hAnsiTheme="majorHAnsi" w:cstheme="majorHAnsi"/>
          <w:sz w:val="24"/>
          <w:szCs w:val="24"/>
        </w:rPr>
        <w:t>__________________;email___________________________.</w:t>
      </w:r>
    </w:p>
    <w:p w14:paraId="226ECC77" w14:textId="356D46AE" w:rsidR="00AE6205" w:rsidRDefault="00AE6205" w:rsidP="00AE6205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4. KOLIKO IMATE </w:t>
      </w:r>
      <w:proofErr w:type="gramStart"/>
      <w:r>
        <w:rPr>
          <w:rFonts w:asciiTheme="majorHAnsi" w:hAnsiTheme="majorHAnsi" w:cstheme="majorHAnsi"/>
          <w:sz w:val="24"/>
          <w:szCs w:val="24"/>
        </w:rPr>
        <w:t>GODINA?_</w:t>
      </w:r>
      <w:proofErr w:type="gramEnd"/>
      <w:r>
        <w:rPr>
          <w:rFonts w:asciiTheme="majorHAnsi" w:hAnsiTheme="majorHAnsi" w:cstheme="majorHAnsi"/>
          <w:sz w:val="24"/>
          <w:szCs w:val="24"/>
        </w:rPr>
        <w:t>_____________.</w:t>
      </w:r>
    </w:p>
    <w:p w14:paraId="0A24EE87" w14:textId="3C3D5847" w:rsidR="00AE6205" w:rsidRDefault="00AE6205" w:rsidP="00AE6205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5. ŠKOLSKA SPREMA (</w:t>
      </w:r>
      <w:proofErr w:type="gramStart"/>
      <w:r>
        <w:rPr>
          <w:rFonts w:asciiTheme="majorHAnsi" w:hAnsiTheme="majorHAnsi" w:cstheme="majorHAnsi"/>
          <w:sz w:val="24"/>
          <w:szCs w:val="24"/>
        </w:rPr>
        <w:t>NSS ,SSS</w:t>
      </w:r>
      <w:proofErr w:type="gramEnd"/>
      <w:r>
        <w:rPr>
          <w:rFonts w:asciiTheme="majorHAnsi" w:hAnsiTheme="majorHAnsi" w:cstheme="majorHAnsi"/>
          <w:sz w:val="24"/>
          <w:szCs w:val="24"/>
        </w:rPr>
        <w:t xml:space="preserve">  , VŠ, VSS)______</w:t>
      </w:r>
      <w:proofErr w:type="spellStart"/>
      <w:r>
        <w:rPr>
          <w:rFonts w:asciiTheme="majorHAnsi" w:hAnsiTheme="majorHAnsi" w:cstheme="majorHAnsi"/>
          <w:sz w:val="24"/>
          <w:szCs w:val="24"/>
        </w:rPr>
        <w:t>i</w:t>
      </w:r>
      <w:proofErr w:type="spellEnd"/>
      <w:r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</w:rPr>
        <w:t>zvanje</w:t>
      </w:r>
      <w:proofErr w:type="spellEnd"/>
      <w:r>
        <w:rPr>
          <w:rFonts w:asciiTheme="majorHAnsi" w:hAnsiTheme="majorHAnsi" w:cstheme="majorHAnsi"/>
          <w:sz w:val="24"/>
          <w:szCs w:val="24"/>
        </w:rPr>
        <w:t>/</w:t>
      </w:r>
      <w:proofErr w:type="spellStart"/>
      <w:r>
        <w:rPr>
          <w:rFonts w:asciiTheme="majorHAnsi" w:hAnsiTheme="majorHAnsi" w:cstheme="majorHAnsi"/>
          <w:sz w:val="24"/>
          <w:szCs w:val="24"/>
        </w:rPr>
        <w:t>zanimanje</w:t>
      </w:r>
      <w:proofErr w:type="spellEnd"/>
      <w:r>
        <w:rPr>
          <w:rFonts w:asciiTheme="majorHAnsi" w:hAnsiTheme="majorHAnsi" w:cstheme="majorHAnsi"/>
          <w:sz w:val="24"/>
          <w:szCs w:val="24"/>
        </w:rPr>
        <w:t>_________________.</w:t>
      </w:r>
    </w:p>
    <w:p w14:paraId="47A5FF9F" w14:textId="72F50CFF" w:rsidR="00AE6205" w:rsidRDefault="00AE6205" w:rsidP="00AE6205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6. BRAČNO STANJE________________________________________________________.</w:t>
      </w:r>
    </w:p>
    <w:p w14:paraId="76C797C2" w14:textId="3E0087FA" w:rsidR="00AE6205" w:rsidRDefault="00AE6205" w:rsidP="00AE6205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7. JESTE LI STALNO ZAPOSLENI (</w:t>
      </w:r>
      <w:proofErr w:type="spellStart"/>
      <w:r>
        <w:rPr>
          <w:rFonts w:asciiTheme="majorHAnsi" w:hAnsiTheme="majorHAnsi" w:cstheme="majorHAnsi"/>
          <w:sz w:val="24"/>
          <w:szCs w:val="24"/>
        </w:rPr>
        <w:t>zaokružite</w:t>
      </w:r>
      <w:proofErr w:type="spellEnd"/>
      <w:r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</w:rPr>
        <w:t>odgovor</w:t>
      </w:r>
      <w:proofErr w:type="spellEnd"/>
      <w:r>
        <w:rPr>
          <w:rFonts w:asciiTheme="majorHAnsi" w:hAnsiTheme="majorHAnsi" w:cstheme="majorHAnsi"/>
          <w:sz w:val="24"/>
          <w:szCs w:val="24"/>
        </w:rPr>
        <w:t>)?     DA      NE</w:t>
      </w:r>
    </w:p>
    <w:p w14:paraId="41503218" w14:textId="4E8B4E03" w:rsidR="00AE6205" w:rsidRDefault="00AE6205" w:rsidP="00AE6205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8. SADAŠNJI STAMBENI STATUS</w:t>
      </w:r>
    </w:p>
    <w:p w14:paraId="48468F56" w14:textId="63755EE6" w:rsidR="00AE6205" w:rsidRPr="00AE6205" w:rsidRDefault="00AE6205" w:rsidP="00AE6205">
      <w:pPr>
        <w:pStyle w:val="Odlomakpopisa"/>
        <w:numPr>
          <w:ilvl w:val="0"/>
          <w:numId w:val="22"/>
        </w:numPr>
        <w:spacing w:line="360" w:lineRule="auto"/>
        <w:rPr>
          <w:rFonts w:asciiTheme="majorHAnsi" w:hAnsiTheme="majorHAnsi" w:cstheme="majorHAnsi"/>
          <w:sz w:val="24"/>
          <w:szCs w:val="24"/>
        </w:rPr>
      </w:pPr>
      <w:proofErr w:type="spellStart"/>
      <w:r w:rsidRPr="00AE6205">
        <w:rPr>
          <w:rFonts w:asciiTheme="majorHAnsi" w:hAnsiTheme="majorHAnsi" w:cstheme="majorHAnsi"/>
          <w:sz w:val="24"/>
          <w:szCs w:val="24"/>
        </w:rPr>
        <w:t>Podstanar</w:t>
      </w:r>
      <w:proofErr w:type="spellEnd"/>
    </w:p>
    <w:p w14:paraId="55F5BB8B" w14:textId="77777777" w:rsidR="00AE6205" w:rsidRPr="00AE6205" w:rsidRDefault="00AE6205" w:rsidP="00AE6205">
      <w:pPr>
        <w:pStyle w:val="Odlomakpopisa"/>
        <w:numPr>
          <w:ilvl w:val="0"/>
          <w:numId w:val="22"/>
        </w:numPr>
        <w:spacing w:line="360" w:lineRule="auto"/>
        <w:rPr>
          <w:rFonts w:asciiTheme="majorHAnsi" w:hAnsiTheme="majorHAnsi" w:cstheme="majorHAnsi"/>
          <w:sz w:val="24"/>
          <w:szCs w:val="24"/>
        </w:rPr>
      </w:pPr>
      <w:proofErr w:type="spellStart"/>
      <w:r w:rsidRPr="00AE6205">
        <w:rPr>
          <w:rFonts w:asciiTheme="majorHAnsi" w:hAnsiTheme="majorHAnsi" w:cstheme="majorHAnsi"/>
          <w:sz w:val="24"/>
          <w:szCs w:val="24"/>
        </w:rPr>
        <w:t>Vlastita</w:t>
      </w:r>
      <w:proofErr w:type="spellEnd"/>
      <w:r w:rsidRPr="00AE6205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AE6205">
        <w:rPr>
          <w:rFonts w:asciiTheme="majorHAnsi" w:hAnsiTheme="majorHAnsi" w:cstheme="majorHAnsi"/>
          <w:sz w:val="24"/>
          <w:szCs w:val="24"/>
        </w:rPr>
        <w:t>nekretnina</w:t>
      </w:r>
      <w:proofErr w:type="spellEnd"/>
      <w:r w:rsidRPr="00AE6205">
        <w:rPr>
          <w:rFonts w:asciiTheme="majorHAnsi" w:hAnsiTheme="majorHAnsi" w:cstheme="majorHAnsi"/>
          <w:sz w:val="24"/>
          <w:szCs w:val="24"/>
        </w:rPr>
        <w:t xml:space="preserve"> (</w:t>
      </w:r>
      <w:proofErr w:type="spellStart"/>
      <w:r w:rsidRPr="00AE6205">
        <w:rPr>
          <w:rFonts w:asciiTheme="majorHAnsi" w:hAnsiTheme="majorHAnsi" w:cstheme="majorHAnsi"/>
          <w:sz w:val="24"/>
          <w:szCs w:val="24"/>
        </w:rPr>
        <w:t>nedovršena</w:t>
      </w:r>
      <w:proofErr w:type="spellEnd"/>
      <w:r w:rsidRPr="00AE6205">
        <w:rPr>
          <w:rFonts w:asciiTheme="majorHAnsi" w:hAnsiTheme="majorHAnsi" w:cstheme="majorHAnsi"/>
          <w:sz w:val="24"/>
          <w:szCs w:val="24"/>
        </w:rPr>
        <w:t>/</w:t>
      </w:r>
      <w:proofErr w:type="spellStart"/>
      <w:r w:rsidRPr="00AE6205">
        <w:rPr>
          <w:rFonts w:asciiTheme="majorHAnsi" w:hAnsiTheme="majorHAnsi" w:cstheme="majorHAnsi"/>
          <w:sz w:val="24"/>
          <w:szCs w:val="24"/>
        </w:rPr>
        <w:t>neadekvatna</w:t>
      </w:r>
      <w:proofErr w:type="spellEnd"/>
      <w:r w:rsidRPr="00AE6205">
        <w:rPr>
          <w:rFonts w:asciiTheme="majorHAnsi" w:hAnsiTheme="majorHAnsi" w:cstheme="majorHAnsi"/>
          <w:sz w:val="24"/>
          <w:szCs w:val="24"/>
        </w:rPr>
        <w:t xml:space="preserve"> za </w:t>
      </w:r>
      <w:proofErr w:type="spellStart"/>
      <w:r w:rsidRPr="00AE6205">
        <w:rPr>
          <w:rFonts w:asciiTheme="majorHAnsi" w:hAnsiTheme="majorHAnsi" w:cstheme="majorHAnsi"/>
          <w:sz w:val="24"/>
          <w:szCs w:val="24"/>
        </w:rPr>
        <w:t>život</w:t>
      </w:r>
      <w:proofErr w:type="spellEnd"/>
      <w:r w:rsidRPr="00AE6205">
        <w:rPr>
          <w:rFonts w:asciiTheme="majorHAnsi" w:hAnsiTheme="majorHAnsi" w:cstheme="majorHAnsi"/>
          <w:sz w:val="24"/>
          <w:szCs w:val="24"/>
        </w:rPr>
        <w:t>)</w:t>
      </w:r>
    </w:p>
    <w:p w14:paraId="4F28B383" w14:textId="77777777" w:rsidR="00AE6205" w:rsidRPr="00AE6205" w:rsidRDefault="00AE6205" w:rsidP="00AE6205">
      <w:pPr>
        <w:pStyle w:val="Odlomakpopisa"/>
        <w:numPr>
          <w:ilvl w:val="0"/>
          <w:numId w:val="22"/>
        </w:numPr>
        <w:spacing w:line="360" w:lineRule="auto"/>
        <w:rPr>
          <w:rFonts w:asciiTheme="majorHAnsi" w:hAnsiTheme="majorHAnsi" w:cstheme="majorHAnsi"/>
          <w:sz w:val="24"/>
          <w:szCs w:val="24"/>
        </w:rPr>
      </w:pPr>
      <w:proofErr w:type="spellStart"/>
      <w:r w:rsidRPr="00AE6205">
        <w:rPr>
          <w:rFonts w:asciiTheme="majorHAnsi" w:hAnsiTheme="majorHAnsi" w:cstheme="majorHAnsi"/>
          <w:sz w:val="24"/>
          <w:szCs w:val="24"/>
        </w:rPr>
        <w:t>Zajednički</w:t>
      </w:r>
      <w:proofErr w:type="spellEnd"/>
      <w:r w:rsidRPr="00AE6205">
        <w:rPr>
          <w:rFonts w:asciiTheme="majorHAnsi" w:hAnsiTheme="majorHAnsi" w:cstheme="majorHAnsi"/>
          <w:sz w:val="24"/>
          <w:szCs w:val="24"/>
        </w:rPr>
        <w:t xml:space="preserve"> stan/</w:t>
      </w:r>
      <w:proofErr w:type="spellStart"/>
      <w:r w:rsidRPr="00AE6205">
        <w:rPr>
          <w:rFonts w:asciiTheme="majorHAnsi" w:hAnsiTheme="majorHAnsi" w:cstheme="majorHAnsi"/>
          <w:sz w:val="24"/>
          <w:szCs w:val="24"/>
        </w:rPr>
        <w:t>kuća</w:t>
      </w:r>
      <w:proofErr w:type="spellEnd"/>
      <w:r w:rsidRPr="00AE6205">
        <w:rPr>
          <w:rFonts w:asciiTheme="majorHAnsi" w:hAnsiTheme="majorHAnsi" w:cstheme="majorHAnsi"/>
          <w:sz w:val="24"/>
          <w:szCs w:val="24"/>
        </w:rPr>
        <w:t xml:space="preserve"> s </w:t>
      </w:r>
      <w:proofErr w:type="spellStart"/>
      <w:r w:rsidRPr="00AE6205">
        <w:rPr>
          <w:rFonts w:asciiTheme="majorHAnsi" w:hAnsiTheme="majorHAnsi" w:cstheme="majorHAnsi"/>
          <w:sz w:val="24"/>
          <w:szCs w:val="24"/>
        </w:rPr>
        <w:t>obitelji</w:t>
      </w:r>
      <w:proofErr w:type="spellEnd"/>
    </w:p>
    <w:p w14:paraId="513C9DD5" w14:textId="677B97A2" w:rsidR="00AE6205" w:rsidRPr="00AE6205" w:rsidRDefault="00AE6205" w:rsidP="00AE6205">
      <w:pPr>
        <w:pStyle w:val="Odlomakpopisa"/>
        <w:numPr>
          <w:ilvl w:val="0"/>
          <w:numId w:val="22"/>
        </w:numPr>
        <w:spacing w:line="360" w:lineRule="auto"/>
        <w:rPr>
          <w:rFonts w:asciiTheme="majorHAnsi" w:hAnsiTheme="majorHAnsi" w:cstheme="majorHAnsi"/>
          <w:sz w:val="24"/>
          <w:szCs w:val="24"/>
        </w:rPr>
      </w:pPr>
      <w:proofErr w:type="spellStart"/>
      <w:r w:rsidRPr="00AE6205">
        <w:rPr>
          <w:rFonts w:asciiTheme="majorHAnsi" w:hAnsiTheme="majorHAnsi" w:cstheme="majorHAnsi"/>
          <w:sz w:val="24"/>
          <w:szCs w:val="24"/>
        </w:rPr>
        <w:t>Drugo</w:t>
      </w:r>
      <w:proofErr w:type="spellEnd"/>
      <w:r w:rsidRPr="00AE6205">
        <w:rPr>
          <w:rFonts w:asciiTheme="majorHAnsi" w:hAnsiTheme="majorHAnsi" w:cstheme="majorHAnsi"/>
          <w:sz w:val="24"/>
          <w:szCs w:val="24"/>
        </w:rPr>
        <w:t>: _________________________________</w:t>
      </w:r>
    </w:p>
    <w:p w14:paraId="2799ECC8" w14:textId="0792EC7C" w:rsidR="00AE6205" w:rsidRPr="00AE6205" w:rsidRDefault="00AE6205" w:rsidP="00AE6205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9.</w:t>
      </w:r>
      <w:r w:rsidRPr="00AE6205">
        <w:t xml:space="preserve"> </w:t>
      </w:r>
      <w:r w:rsidRPr="00AE6205">
        <w:rPr>
          <w:rFonts w:asciiTheme="majorHAnsi" w:hAnsiTheme="majorHAnsi" w:cstheme="majorHAnsi"/>
          <w:sz w:val="24"/>
          <w:szCs w:val="24"/>
        </w:rPr>
        <w:t xml:space="preserve"> INTERES ZA SUDJELOVANJE U PROGRAMU </w:t>
      </w:r>
    </w:p>
    <w:p w14:paraId="23FBEF4B" w14:textId="77777777" w:rsidR="00AE6205" w:rsidRPr="00AE6205" w:rsidRDefault="00AE6205" w:rsidP="00AE6205">
      <w:pPr>
        <w:pStyle w:val="Odlomakpopisa"/>
        <w:numPr>
          <w:ilvl w:val="0"/>
          <w:numId w:val="23"/>
        </w:numPr>
        <w:spacing w:line="360" w:lineRule="auto"/>
        <w:rPr>
          <w:rFonts w:asciiTheme="majorHAnsi" w:hAnsiTheme="majorHAnsi" w:cstheme="majorHAnsi"/>
          <w:sz w:val="24"/>
          <w:szCs w:val="24"/>
        </w:rPr>
      </w:pPr>
      <w:proofErr w:type="spellStart"/>
      <w:r w:rsidRPr="00AE6205">
        <w:rPr>
          <w:rFonts w:asciiTheme="majorHAnsi" w:hAnsiTheme="majorHAnsi" w:cstheme="majorHAnsi"/>
          <w:sz w:val="24"/>
          <w:szCs w:val="24"/>
        </w:rPr>
        <w:t>Izgradnja</w:t>
      </w:r>
      <w:proofErr w:type="spellEnd"/>
      <w:r w:rsidRPr="00AE6205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AE6205">
        <w:rPr>
          <w:rFonts w:asciiTheme="majorHAnsi" w:hAnsiTheme="majorHAnsi" w:cstheme="majorHAnsi"/>
          <w:sz w:val="24"/>
          <w:szCs w:val="24"/>
        </w:rPr>
        <w:t>nove</w:t>
      </w:r>
      <w:proofErr w:type="spellEnd"/>
      <w:r w:rsidRPr="00AE6205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AE6205">
        <w:rPr>
          <w:rFonts w:asciiTheme="majorHAnsi" w:hAnsiTheme="majorHAnsi" w:cstheme="majorHAnsi"/>
          <w:sz w:val="24"/>
          <w:szCs w:val="24"/>
        </w:rPr>
        <w:t>obiteljske</w:t>
      </w:r>
      <w:proofErr w:type="spellEnd"/>
      <w:r w:rsidRPr="00AE6205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AE6205">
        <w:rPr>
          <w:rFonts w:asciiTheme="majorHAnsi" w:hAnsiTheme="majorHAnsi" w:cstheme="majorHAnsi"/>
          <w:sz w:val="24"/>
          <w:szCs w:val="24"/>
        </w:rPr>
        <w:t>kuće</w:t>
      </w:r>
      <w:proofErr w:type="spellEnd"/>
    </w:p>
    <w:p w14:paraId="1317D928" w14:textId="77777777" w:rsidR="00AE6205" w:rsidRPr="00AE6205" w:rsidRDefault="00AE6205" w:rsidP="00AE6205">
      <w:pPr>
        <w:pStyle w:val="Odlomakpopisa"/>
        <w:numPr>
          <w:ilvl w:val="0"/>
          <w:numId w:val="23"/>
        </w:numPr>
        <w:spacing w:line="360" w:lineRule="auto"/>
        <w:rPr>
          <w:rFonts w:asciiTheme="majorHAnsi" w:hAnsiTheme="majorHAnsi" w:cstheme="majorHAnsi"/>
          <w:sz w:val="24"/>
          <w:szCs w:val="24"/>
        </w:rPr>
      </w:pPr>
      <w:proofErr w:type="spellStart"/>
      <w:r w:rsidRPr="00AE6205">
        <w:rPr>
          <w:rFonts w:asciiTheme="majorHAnsi" w:hAnsiTheme="majorHAnsi" w:cstheme="majorHAnsi"/>
          <w:sz w:val="24"/>
          <w:szCs w:val="24"/>
        </w:rPr>
        <w:t>Obnova</w:t>
      </w:r>
      <w:proofErr w:type="spellEnd"/>
      <w:r w:rsidRPr="00AE6205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AE6205">
        <w:rPr>
          <w:rFonts w:asciiTheme="majorHAnsi" w:hAnsiTheme="majorHAnsi" w:cstheme="majorHAnsi"/>
          <w:sz w:val="24"/>
          <w:szCs w:val="24"/>
        </w:rPr>
        <w:t>postojeće</w:t>
      </w:r>
      <w:proofErr w:type="spellEnd"/>
      <w:r w:rsidRPr="00AE6205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AE6205">
        <w:rPr>
          <w:rFonts w:asciiTheme="majorHAnsi" w:hAnsiTheme="majorHAnsi" w:cstheme="majorHAnsi"/>
          <w:sz w:val="24"/>
          <w:szCs w:val="24"/>
        </w:rPr>
        <w:t>obiteljske</w:t>
      </w:r>
      <w:proofErr w:type="spellEnd"/>
      <w:r w:rsidRPr="00AE6205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AE6205">
        <w:rPr>
          <w:rFonts w:asciiTheme="majorHAnsi" w:hAnsiTheme="majorHAnsi" w:cstheme="majorHAnsi"/>
          <w:sz w:val="24"/>
          <w:szCs w:val="24"/>
        </w:rPr>
        <w:t>kuće</w:t>
      </w:r>
      <w:proofErr w:type="spellEnd"/>
    </w:p>
    <w:p w14:paraId="14F27CE5" w14:textId="77777777" w:rsidR="00AE6205" w:rsidRPr="00AE6205" w:rsidRDefault="00AE6205" w:rsidP="00AE6205">
      <w:pPr>
        <w:pStyle w:val="Odlomakpopisa"/>
        <w:numPr>
          <w:ilvl w:val="0"/>
          <w:numId w:val="23"/>
        </w:numPr>
        <w:spacing w:line="360" w:lineRule="auto"/>
        <w:rPr>
          <w:rFonts w:asciiTheme="majorHAnsi" w:hAnsiTheme="majorHAnsi" w:cstheme="majorHAnsi"/>
          <w:sz w:val="24"/>
          <w:szCs w:val="24"/>
        </w:rPr>
      </w:pPr>
      <w:proofErr w:type="spellStart"/>
      <w:r w:rsidRPr="00AE6205">
        <w:rPr>
          <w:rFonts w:asciiTheme="majorHAnsi" w:hAnsiTheme="majorHAnsi" w:cstheme="majorHAnsi"/>
          <w:sz w:val="24"/>
          <w:szCs w:val="24"/>
        </w:rPr>
        <w:t>Obnova</w:t>
      </w:r>
      <w:proofErr w:type="spellEnd"/>
      <w:r w:rsidRPr="00AE6205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AE6205">
        <w:rPr>
          <w:rFonts w:asciiTheme="majorHAnsi" w:hAnsiTheme="majorHAnsi" w:cstheme="majorHAnsi"/>
          <w:sz w:val="24"/>
          <w:szCs w:val="24"/>
        </w:rPr>
        <w:t>ili</w:t>
      </w:r>
      <w:proofErr w:type="spellEnd"/>
      <w:r w:rsidRPr="00AE6205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AE6205">
        <w:rPr>
          <w:rFonts w:asciiTheme="majorHAnsi" w:hAnsiTheme="majorHAnsi" w:cstheme="majorHAnsi"/>
          <w:sz w:val="24"/>
          <w:szCs w:val="24"/>
        </w:rPr>
        <w:t>prenamjena</w:t>
      </w:r>
      <w:proofErr w:type="spellEnd"/>
      <w:r w:rsidRPr="00AE6205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AE6205">
        <w:rPr>
          <w:rFonts w:asciiTheme="majorHAnsi" w:hAnsiTheme="majorHAnsi" w:cstheme="majorHAnsi"/>
          <w:sz w:val="24"/>
          <w:szCs w:val="24"/>
        </w:rPr>
        <w:t>višestambenih</w:t>
      </w:r>
      <w:proofErr w:type="spellEnd"/>
      <w:r w:rsidRPr="00AE6205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AE6205">
        <w:rPr>
          <w:rFonts w:asciiTheme="majorHAnsi" w:hAnsiTheme="majorHAnsi" w:cstheme="majorHAnsi"/>
          <w:sz w:val="24"/>
          <w:szCs w:val="24"/>
        </w:rPr>
        <w:t>zgrada</w:t>
      </w:r>
      <w:proofErr w:type="spellEnd"/>
    </w:p>
    <w:p w14:paraId="4B5745CE" w14:textId="67EB62B1" w:rsidR="00F37D6C" w:rsidRDefault="00AE6205" w:rsidP="00AE6205">
      <w:pPr>
        <w:pStyle w:val="Odlomakpopisa"/>
        <w:numPr>
          <w:ilvl w:val="0"/>
          <w:numId w:val="23"/>
        </w:numPr>
        <w:spacing w:line="360" w:lineRule="auto"/>
        <w:rPr>
          <w:rFonts w:asciiTheme="majorHAnsi" w:hAnsiTheme="majorHAnsi" w:cstheme="majorHAnsi"/>
          <w:sz w:val="24"/>
          <w:szCs w:val="24"/>
        </w:rPr>
      </w:pPr>
      <w:proofErr w:type="spellStart"/>
      <w:r w:rsidRPr="00AE6205">
        <w:rPr>
          <w:rFonts w:asciiTheme="majorHAnsi" w:hAnsiTheme="majorHAnsi" w:cstheme="majorHAnsi"/>
          <w:sz w:val="24"/>
          <w:szCs w:val="24"/>
        </w:rPr>
        <w:t>Izgradnja</w:t>
      </w:r>
      <w:proofErr w:type="spellEnd"/>
      <w:r w:rsidRPr="00AE6205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AE6205">
        <w:rPr>
          <w:rFonts w:asciiTheme="majorHAnsi" w:hAnsiTheme="majorHAnsi" w:cstheme="majorHAnsi"/>
          <w:sz w:val="24"/>
          <w:szCs w:val="24"/>
        </w:rPr>
        <w:t>nove</w:t>
      </w:r>
      <w:proofErr w:type="spellEnd"/>
      <w:r w:rsidRPr="00AE6205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AE6205">
        <w:rPr>
          <w:rFonts w:asciiTheme="majorHAnsi" w:hAnsiTheme="majorHAnsi" w:cstheme="majorHAnsi"/>
          <w:sz w:val="24"/>
          <w:szCs w:val="24"/>
        </w:rPr>
        <w:t>višestambene</w:t>
      </w:r>
      <w:proofErr w:type="spellEnd"/>
      <w:r w:rsidRPr="00AE6205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AE6205">
        <w:rPr>
          <w:rFonts w:asciiTheme="majorHAnsi" w:hAnsiTheme="majorHAnsi" w:cstheme="majorHAnsi"/>
          <w:sz w:val="24"/>
          <w:szCs w:val="24"/>
        </w:rPr>
        <w:t>zgrade</w:t>
      </w:r>
      <w:proofErr w:type="spellEnd"/>
    </w:p>
    <w:p w14:paraId="4C3613C4" w14:textId="3B8A9D38" w:rsidR="00AE6205" w:rsidRDefault="00AE6205" w:rsidP="00AE6205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10. BROJ ČLANOVA OBITELJSKOG KUĆANSTVA ZA KOJE ŽELITE R</w:t>
      </w:r>
      <w:r w:rsidR="00996896">
        <w:rPr>
          <w:rFonts w:asciiTheme="majorHAnsi" w:hAnsiTheme="majorHAnsi" w:cstheme="majorHAnsi"/>
          <w:sz w:val="24"/>
          <w:szCs w:val="24"/>
        </w:rPr>
        <w:t>I</w:t>
      </w:r>
      <w:r>
        <w:rPr>
          <w:rFonts w:asciiTheme="majorHAnsi" w:hAnsiTheme="majorHAnsi" w:cstheme="majorHAnsi"/>
          <w:sz w:val="24"/>
          <w:szCs w:val="24"/>
        </w:rPr>
        <w:t>JEŠITI STAMBENO PITANJE?</w:t>
      </w:r>
    </w:p>
    <w:p w14:paraId="1ECE47B1" w14:textId="1BCFC234" w:rsidR="00AE6205" w:rsidRDefault="00AE6205" w:rsidP="00AE6205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_____________________</w:t>
      </w:r>
    </w:p>
    <w:p w14:paraId="0C5A00FD" w14:textId="77777777" w:rsidR="00AE6205" w:rsidRPr="00AE6205" w:rsidRDefault="00AE6205" w:rsidP="00AE6205">
      <w:pPr>
        <w:rPr>
          <w:rFonts w:asciiTheme="majorHAnsi" w:hAnsiTheme="majorHAnsi" w:cstheme="majorHAnsi"/>
          <w:sz w:val="24"/>
          <w:szCs w:val="24"/>
        </w:rPr>
      </w:pPr>
    </w:p>
    <w:p w14:paraId="009D8881" w14:textId="449DE481" w:rsidR="00996896" w:rsidRPr="00996896" w:rsidRDefault="00996896" w:rsidP="00996896">
      <w:pPr>
        <w:spacing w:after="0"/>
        <w:jc w:val="both"/>
        <w:rPr>
          <w:rFonts w:asciiTheme="majorHAnsi" w:hAnsiTheme="majorHAnsi" w:cstheme="majorHAnsi"/>
          <w:i/>
          <w:iCs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lastRenderedPageBreak/>
        <w:t xml:space="preserve">NAPOMENA: </w:t>
      </w:r>
      <w:proofErr w:type="spellStart"/>
      <w:r w:rsidRPr="00996896">
        <w:rPr>
          <w:rFonts w:asciiTheme="majorHAnsi" w:hAnsiTheme="majorHAnsi" w:cstheme="majorHAnsi"/>
          <w:i/>
          <w:iCs/>
          <w:sz w:val="24"/>
          <w:szCs w:val="24"/>
        </w:rPr>
        <w:t>Navedeni</w:t>
      </w:r>
      <w:proofErr w:type="spellEnd"/>
      <w:r w:rsidRPr="00996896">
        <w:rPr>
          <w:rFonts w:asciiTheme="majorHAnsi" w:hAnsiTheme="majorHAnsi" w:cstheme="majorHAnsi"/>
          <w:i/>
          <w:iCs/>
          <w:sz w:val="24"/>
          <w:szCs w:val="24"/>
        </w:rPr>
        <w:t xml:space="preserve"> </w:t>
      </w:r>
      <w:proofErr w:type="spellStart"/>
      <w:r w:rsidRPr="00996896">
        <w:rPr>
          <w:rFonts w:asciiTheme="majorHAnsi" w:hAnsiTheme="majorHAnsi" w:cstheme="majorHAnsi"/>
          <w:i/>
          <w:iCs/>
          <w:sz w:val="24"/>
          <w:szCs w:val="24"/>
        </w:rPr>
        <w:t>podatci</w:t>
      </w:r>
      <w:proofErr w:type="spellEnd"/>
      <w:r w:rsidRPr="00996896">
        <w:rPr>
          <w:rFonts w:asciiTheme="majorHAnsi" w:hAnsiTheme="majorHAnsi" w:cstheme="majorHAnsi"/>
          <w:i/>
          <w:iCs/>
          <w:sz w:val="24"/>
          <w:szCs w:val="24"/>
        </w:rPr>
        <w:t xml:space="preserve"> se </w:t>
      </w:r>
      <w:proofErr w:type="spellStart"/>
      <w:r w:rsidRPr="00996896">
        <w:rPr>
          <w:rFonts w:asciiTheme="majorHAnsi" w:hAnsiTheme="majorHAnsi" w:cstheme="majorHAnsi"/>
          <w:i/>
          <w:iCs/>
          <w:sz w:val="24"/>
          <w:szCs w:val="24"/>
        </w:rPr>
        <w:t>obrađuju</w:t>
      </w:r>
      <w:proofErr w:type="spellEnd"/>
      <w:r w:rsidRPr="00996896">
        <w:rPr>
          <w:rFonts w:asciiTheme="majorHAnsi" w:hAnsiTheme="majorHAnsi" w:cstheme="majorHAnsi"/>
          <w:i/>
          <w:iCs/>
          <w:sz w:val="24"/>
          <w:szCs w:val="24"/>
        </w:rPr>
        <w:t xml:space="preserve">, </w:t>
      </w:r>
      <w:proofErr w:type="spellStart"/>
      <w:r w:rsidRPr="00996896">
        <w:rPr>
          <w:rFonts w:asciiTheme="majorHAnsi" w:hAnsiTheme="majorHAnsi" w:cstheme="majorHAnsi"/>
          <w:i/>
          <w:iCs/>
          <w:sz w:val="24"/>
          <w:szCs w:val="24"/>
        </w:rPr>
        <w:t>koriste</w:t>
      </w:r>
      <w:proofErr w:type="spellEnd"/>
      <w:r w:rsidRPr="00996896">
        <w:rPr>
          <w:rFonts w:asciiTheme="majorHAnsi" w:hAnsiTheme="majorHAnsi" w:cstheme="majorHAnsi"/>
          <w:i/>
          <w:iCs/>
          <w:sz w:val="24"/>
          <w:szCs w:val="24"/>
        </w:rPr>
        <w:t xml:space="preserve"> </w:t>
      </w:r>
      <w:proofErr w:type="spellStart"/>
      <w:r w:rsidRPr="00996896">
        <w:rPr>
          <w:rFonts w:asciiTheme="majorHAnsi" w:hAnsiTheme="majorHAnsi" w:cstheme="majorHAnsi"/>
          <w:i/>
          <w:iCs/>
          <w:sz w:val="24"/>
          <w:szCs w:val="24"/>
        </w:rPr>
        <w:t>i</w:t>
      </w:r>
      <w:proofErr w:type="spellEnd"/>
      <w:r w:rsidRPr="00996896">
        <w:rPr>
          <w:rFonts w:asciiTheme="majorHAnsi" w:hAnsiTheme="majorHAnsi" w:cstheme="majorHAnsi"/>
          <w:i/>
          <w:iCs/>
          <w:sz w:val="24"/>
          <w:szCs w:val="24"/>
        </w:rPr>
        <w:t xml:space="preserve"> </w:t>
      </w:r>
      <w:proofErr w:type="spellStart"/>
      <w:r w:rsidRPr="00996896">
        <w:rPr>
          <w:rFonts w:asciiTheme="majorHAnsi" w:hAnsiTheme="majorHAnsi" w:cstheme="majorHAnsi"/>
          <w:i/>
          <w:iCs/>
          <w:sz w:val="24"/>
          <w:szCs w:val="24"/>
        </w:rPr>
        <w:t>analiziraju</w:t>
      </w:r>
      <w:proofErr w:type="spellEnd"/>
      <w:r w:rsidRPr="00996896">
        <w:rPr>
          <w:rFonts w:asciiTheme="majorHAnsi" w:hAnsiTheme="majorHAnsi" w:cstheme="majorHAnsi"/>
          <w:i/>
          <w:iCs/>
          <w:sz w:val="24"/>
          <w:szCs w:val="24"/>
        </w:rPr>
        <w:t xml:space="preserve"> </w:t>
      </w:r>
      <w:proofErr w:type="spellStart"/>
      <w:r w:rsidRPr="00996896">
        <w:rPr>
          <w:rFonts w:asciiTheme="majorHAnsi" w:hAnsiTheme="majorHAnsi" w:cstheme="majorHAnsi"/>
          <w:i/>
          <w:iCs/>
          <w:sz w:val="24"/>
          <w:szCs w:val="24"/>
        </w:rPr>
        <w:t>isključivo</w:t>
      </w:r>
      <w:proofErr w:type="spellEnd"/>
      <w:r w:rsidRPr="00996896">
        <w:rPr>
          <w:rFonts w:asciiTheme="majorHAnsi" w:hAnsiTheme="majorHAnsi" w:cstheme="majorHAnsi"/>
          <w:i/>
          <w:iCs/>
          <w:sz w:val="24"/>
          <w:szCs w:val="24"/>
        </w:rPr>
        <w:t xml:space="preserve"> u </w:t>
      </w:r>
      <w:proofErr w:type="spellStart"/>
      <w:r w:rsidRPr="00996896">
        <w:rPr>
          <w:rFonts w:asciiTheme="majorHAnsi" w:hAnsiTheme="majorHAnsi" w:cstheme="majorHAnsi"/>
          <w:i/>
          <w:iCs/>
          <w:sz w:val="24"/>
          <w:szCs w:val="24"/>
        </w:rPr>
        <w:t>svrhu</w:t>
      </w:r>
      <w:proofErr w:type="spellEnd"/>
      <w:r w:rsidRPr="00996896">
        <w:rPr>
          <w:rFonts w:asciiTheme="majorHAnsi" w:hAnsiTheme="majorHAnsi" w:cstheme="majorHAnsi"/>
          <w:i/>
          <w:iCs/>
          <w:sz w:val="24"/>
          <w:szCs w:val="24"/>
        </w:rPr>
        <w:t xml:space="preserve"> </w:t>
      </w:r>
      <w:proofErr w:type="spellStart"/>
      <w:r w:rsidRPr="00996896">
        <w:rPr>
          <w:rFonts w:asciiTheme="majorHAnsi" w:hAnsiTheme="majorHAnsi" w:cstheme="majorHAnsi"/>
          <w:i/>
          <w:iCs/>
          <w:sz w:val="24"/>
          <w:szCs w:val="24"/>
        </w:rPr>
        <w:t>utvrđivanja</w:t>
      </w:r>
      <w:proofErr w:type="spellEnd"/>
      <w:r w:rsidRPr="00996896">
        <w:rPr>
          <w:rFonts w:asciiTheme="majorHAnsi" w:hAnsiTheme="majorHAnsi" w:cstheme="majorHAnsi"/>
          <w:i/>
          <w:iCs/>
          <w:sz w:val="24"/>
          <w:szCs w:val="24"/>
        </w:rPr>
        <w:t xml:space="preserve"> </w:t>
      </w:r>
      <w:proofErr w:type="spellStart"/>
      <w:r w:rsidRPr="00996896">
        <w:rPr>
          <w:rFonts w:asciiTheme="majorHAnsi" w:hAnsiTheme="majorHAnsi" w:cstheme="majorHAnsi"/>
          <w:i/>
          <w:iCs/>
          <w:sz w:val="24"/>
          <w:szCs w:val="24"/>
        </w:rPr>
        <w:t>stvarnih</w:t>
      </w:r>
      <w:proofErr w:type="spellEnd"/>
      <w:r w:rsidRPr="00996896">
        <w:rPr>
          <w:rFonts w:asciiTheme="majorHAnsi" w:hAnsiTheme="majorHAnsi" w:cstheme="majorHAnsi"/>
          <w:i/>
          <w:iCs/>
          <w:sz w:val="24"/>
          <w:szCs w:val="24"/>
        </w:rPr>
        <w:t xml:space="preserve"> </w:t>
      </w:r>
      <w:proofErr w:type="spellStart"/>
      <w:r w:rsidRPr="00996896">
        <w:rPr>
          <w:rFonts w:asciiTheme="majorHAnsi" w:hAnsiTheme="majorHAnsi" w:cstheme="majorHAnsi"/>
          <w:i/>
          <w:iCs/>
          <w:sz w:val="24"/>
          <w:szCs w:val="24"/>
        </w:rPr>
        <w:t>potreba</w:t>
      </w:r>
      <w:proofErr w:type="spellEnd"/>
      <w:r w:rsidRPr="00996896">
        <w:rPr>
          <w:rFonts w:asciiTheme="majorHAnsi" w:hAnsiTheme="majorHAnsi" w:cstheme="majorHAnsi"/>
          <w:i/>
          <w:iCs/>
          <w:sz w:val="24"/>
          <w:szCs w:val="24"/>
        </w:rPr>
        <w:t xml:space="preserve">, </w:t>
      </w:r>
      <w:proofErr w:type="spellStart"/>
      <w:r w:rsidRPr="00996896">
        <w:rPr>
          <w:rFonts w:asciiTheme="majorHAnsi" w:hAnsiTheme="majorHAnsi" w:cstheme="majorHAnsi"/>
          <w:i/>
          <w:iCs/>
          <w:sz w:val="24"/>
          <w:szCs w:val="24"/>
        </w:rPr>
        <w:t>interesa</w:t>
      </w:r>
      <w:proofErr w:type="spellEnd"/>
      <w:r w:rsidRPr="00996896">
        <w:rPr>
          <w:rFonts w:asciiTheme="majorHAnsi" w:hAnsiTheme="majorHAnsi" w:cstheme="majorHAnsi"/>
          <w:i/>
          <w:iCs/>
          <w:sz w:val="24"/>
          <w:szCs w:val="24"/>
        </w:rPr>
        <w:t xml:space="preserve"> </w:t>
      </w:r>
      <w:proofErr w:type="spellStart"/>
      <w:r w:rsidR="00B531F6">
        <w:rPr>
          <w:rFonts w:asciiTheme="majorHAnsi" w:hAnsiTheme="majorHAnsi" w:cstheme="majorHAnsi"/>
          <w:i/>
          <w:iCs/>
          <w:sz w:val="24"/>
          <w:szCs w:val="24"/>
        </w:rPr>
        <w:t>i</w:t>
      </w:r>
      <w:proofErr w:type="spellEnd"/>
      <w:r w:rsidRPr="00996896">
        <w:rPr>
          <w:rFonts w:asciiTheme="majorHAnsi" w:hAnsiTheme="majorHAnsi" w:cstheme="majorHAnsi"/>
          <w:i/>
          <w:iCs/>
          <w:sz w:val="24"/>
          <w:szCs w:val="24"/>
        </w:rPr>
        <w:t xml:space="preserve"> </w:t>
      </w:r>
      <w:proofErr w:type="spellStart"/>
      <w:r w:rsidRPr="00996896">
        <w:rPr>
          <w:rFonts w:asciiTheme="majorHAnsi" w:hAnsiTheme="majorHAnsi" w:cstheme="majorHAnsi"/>
          <w:i/>
          <w:iCs/>
          <w:sz w:val="24"/>
          <w:szCs w:val="24"/>
        </w:rPr>
        <w:t>financijskih</w:t>
      </w:r>
      <w:proofErr w:type="spellEnd"/>
      <w:r w:rsidRPr="00996896">
        <w:rPr>
          <w:rFonts w:asciiTheme="majorHAnsi" w:hAnsiTheme="majorHAnsi" w:cstheme="majorHAnsi"/>
          <w:i/>
          <w:iCs/>
          <w:sz w:val="24"/>
          <w:szCs w:val="24"/>
        </w:rPr>
        <w:t xml:space="preserve"> </w:t>
      </w:r>
      <w:proofErr w:type="spellStart"/>
      <w:r w:rsidRPr="00996896">
        <w:rPr>
          <w:rFonts w:asciiTheme="majorHAnsi" w:hAnsiTheme="majorHAnsi" w:cstheme="majorHAnsi"/>
          <w:i/>
          <w:iCs/>
          <w:sz w:val="24"/>
          <w:szCs w:val="24"/>
        </w:rPr>
        <w:t>mogućnosti</w:t>
      </w:r>
      <w:proofErr w:type="spellEnd"/>
      <w:r w:rsidRPr="00996896">
        <w:rPr>
          <w:rFonts w:asciiTheme="majorHAnsi" w:hAnsiTheme="majorHAnsi" w:cstheme="majorHAnsi"/>
          <w:i/>
          <w:iCs/>
          <w:sz w:val="24"/>
          <w:szCs w:val="24"/>
        </w:rPr>
        <w:t xml:space="preserve"> </w:t>
      </w:r>
      <w:proofErr w:type="spellStart"/>
      <w:r w:rsidRPr="00996896">
        <w:rPr>
          <w:rFonts w:asciiTheme="majorHAnsi" w:hAnsiTheme="majorHAnsi" w:cstheme="majorHAnsi"/>
          <w:i/>
          <w:iCs/>
          <w:sz w:val="24"/>
          <w:szCs w:val="24"/>
        </w:rPr>
        <w:t>potencijalnih</w:t>
      </w:r>
      <w:proofErr w:type="spellEnd"/>
      <w:r w:rsidRPr="00996896">
        <w:rPr>
          <w:rFonts w:asciiTheme="majorHAnsi" w:hAnsiTheme="majorHAnsi" w:cstheme="majorHAnsi"/>
          <w:i/>
          <w:iCs/>
          <w:sz w:val="24"/>
          <w:szCs w:val="24"/>
        </w:rPr>
        <w:t xml:space="preserve"> </w:t>
      </w:r>
      <w:proofErr w:type="spellStart"/>
      <w:r w:rsidRPr="00996896">
        <w:rPr>
          <w:rFonts w:asciiTheme="majorHAnsi" w:hAnsiTheme="majorHAnsi" w:cstheme="majorHAnsi"/>
          <w:i/>
          <w:iCs/>
          <w:sz w:val="24"/>
          <w:szCs w:val="24"/>
        </w:rPr>
        <w:t>korisnika</w:t>
      </w:r>
      <w:proofErr w:type="spellEnd"/>
    </w:p>
    <w:p w14:paraId="37EF7E86" w14:textId="6B3CD26D" w:rsidR="00996896" w:rsidRPr="00996896" w:rsidRDefault="00A559B4" w:rsidP="00996896">
      <w:pPr>
        <w:spacing w:after="0"/>
        <w:jc w:val="both"/>
        <w:rPr>
          <w:rFonts w:asciiTheme="majorHAnsi" w:hAnsiTheme="majorHAnsi" w:cstheme="majorHAnsi"/>
          <w:i/>
          <w:iCs/>
          <w:sz w:val="24"/>
          <w:szCs w:val="24"/>
        </w:rPr>
      </w:pPr>
      <w:proofErr w:type="spellStart"/>
      <w:r>
        <w:rPr>
          <w:rFonts w:asciiTheme="majorHAnsi" w:hAnsiTheme="majorHAnsi" w:cstheme="majorHAnsi"/>
          <w:i/>
          <w:iCs/>
          <w:sz w:val="24"/>
          <w:szCs w:val="24"/>
        </w:rPr>
        <w:t>P</w:t>
      </w:r>
      <w:r w:rsidR="00996896" w:rsidRPr="00996896">
        <w:rPr>
          <w:rFonts w:asciiTheme="majorHAnsi" w:hAnsiTheme="majorHAnsi" w:cstheme="majorHAnsi"/>
          <w:i/>
          <w:iCs/>
          <w:sz w:val="24"/>
          <w:szCs w:val="24"/>
        </w:rPr>
        <w:t>rogram</w:t>
      </w:r>
      <w:r>
        <w:rPr>
          <w:rFonts w:asciiTheme="majorHAnsi" w:hAnsiTheme="majorHAnsi" w:cstheme="majorHAnsi"/>
          <w:i/>
          <w:iCs/>
          <w:sz w:val="24"/>
          <w:szCs w:val="24"/>
        </w:rPr>
        <w:t>a</w:t>
      </w:r>
      <w:proofErr w:type="spellEnd"/>
      <w:r w:rsidR="00996896" w:rsidRPr="00996896">
        <w:rPr>
          <w:rFonts w:asciiTheme="majorHAnsi" w:hAnsiTheme="majorHAnsi" w:cstheme="majorHAnsi"/>
          <w:i/>
          <w:iCs/>
          <w:sz w:val="24"/>
          <w:szCs w:val="24"/>
        </w:rPr>
        <w:t xml:space="preserve"> </w:t>
      </w:r>
      <w:proofErr w:type="spellStart"/>
      <w:r w:rsidR="00996896" w:rsidRPr="00996896">
        <w:rPr>
          <w:rFonts w:asciiTheme="majorHAnsi" w:hAnsiTheme="majorHAnsi" w:cstheme="majorHAnsi"/>
          <w:i/>
          <w:iCs/>
          <w:sz w:val="24"/>
          <w:szCs w:val="24"/>
        </w:rPr>
        <w:t>te</w:t>
      </w:r>
      <w:proofErr w:type="spellEnd"/>
      <w:r w:rsidR="00996896" w:rsidRPr="00996896">
        <w:rPr>
          <w:rFonts w:asciiTheme="majorHAnsi" w:hAnsiTheme="majorHAnsi" w:cstheme="majorHAnsi"/>
          <w:i/>
          <w:iCs/>
          <w:sz w:val="24"/>
          <w:szCs w:val="24"/>
        </w:rPr>
        <w:t xml:space="preserve"> se u </w:t>
      </w:r>
      <w:proofErr w:type="spellStart"/>
      <w:r w:rsidR="00996896" w:rsidRPr="00996896">
        <w:rPr>
          <w:rFonts w:asciiTheme="majorHAnsi" w:hAnsiTheme="majorHAnsi" w:cstheme="majorHAnsi"/>
          <w:i/>
          <w:iCs/>
          <w:sz w:val="24"/>
          <w:szCs w:val="24"/>
        </w:rPr>
        <w:t>drugu</w:t>
      </w:r>
      <w:proofErr w:type="spellEnd"/>
      <w:r w:rsidR="00996896" w:rsidRPr="00996896">
        <w:rPr>
          <w:rFonts w:asciiTheme="majorHAnsi" w:hAnsiTheme="majorHAnsi" w:cstheme="majorHAnsi"/>
          <w:i/>
          <w:iCs/>
          <w:sz w:val="24"/>
          <w:szCs w:val="24"/>
        </w:rPr>
        <w:t xml:space="preserve"> </w:t>
      </w:r>
      <w:proofErr w:type="spellStart"/>
      <w:r w:rsidR="00996896" w:rsidRPr="00996896">
        <w:rPr>
          <w:rFonts w:asciiTheme="majorHAnsi" w:hAnsiTheme="majorHAnsi" w:cstheme="majorHAnsi"/>
          <w:i/>
          <w:iCs/>
          <w:sz w:val="24"/>
          <w:szCs w:val="24"/>
        </w:rPr>
        <w:t>svrhu</w:t>
      </w:r>
      <w:proofErr w:type="spellEnd"/>
      <w:r w:rsidR="00996896" w:rsidRPr="00996896">
        <w:rPr>
          <w:rFonts w:asciiTheme="majorHAnsi" w:hAnsiTheme="majorHAnsi" w:cstheme="majorHAnsi"/>
          <w:i/>
          <w:iCs/>
          <w:sz w:val="24"/>
          <w:szCs w:val="24"/>
        </w:rPr>
        <w:t xml:space="preserve"> </w:t>
      </w:r>
      <w:proofErr w:type="spellStart"/>
      <w:r w:rsidR="00996896" w:rsidRPr="00996896">
        <w:rPr>
          <w:rFonts w:asciiTheme="majorHAnsi" w:hAnsiTheme="majorHAnsi" w:cstheme="majorHAnsi"/>
          <w:i/>
          <w:iCs/>
          <w:sz w:val="24"/>
          <w:szCs w:val="24"/>
        </w:rPr>
        <w:t>neće</w:t>
      </w:r>
      <w:proofErr w:type="spellEnd"/>
      <w:r w:rsidR="00996896" w:rsidRPr="00996896">
        <w:rPr>
          <w:rFonts w:asciiTheme="majorHAnsi" w:hAnsiTheme="majorHAnsi" w:cstheme="majorHAnsi"/>
          <w:i/>
          <w:iCs/>
          <w:sz w:val="24"/>
          <w:szCs w:val="24"/>
        </w:rPr>
        <w:t xml:space="preserve"> </w:t>
      </w:r>
      <w:proofErr w:type="spellStart"/>
      <w:r w:rsidR="00996896" w:rsidRPr="00996896">
        <w:rPr>
          <w:rFonts w:asciiTheme="majorHAnsi" w:hAnsiTheme="majorHAnsi" w:cstheme="majorHAnsi"/>
          <w:i/>
          <w:iCs/>
          <w:sz w:val="24"/>
          <w:szCs w:val="24"/>
        </w:rPr>
        <w:t>koristiti</w:t>
      </w:r>
      <w:proofErr w:type="spellEnd"/>
      <w:r w:rsidR="00996896" w:rsidRPr="00996896">
        <w:rPr>
          <w:rFonts w:asciiTheme="majorHAnsi" w:hAnsiTheme="majorHAnsi" w:cstheme="majorHAnsi"/>
          <w:i/>
          <w:iCs/>
          <w:sz w:val="24"/>
          <w:szCs w:val="24"/>
        </w:rPr>
        <w:t xml:space="preserve">. </w:t>
      </w:r>
    </w:p>
    <w:p w14:paraId="34061F2C" w14:textId="3AC16CEF" w:rsidR="00996896" w:rsidRDefault="00996896" w:rsidP="00996896">
      <w:pPr>
        <w:rPr>
          <w:rFonts w:asciiTheme="majorHAnsi" w:hAnsiTheme="majorHAnsi" w:cstheme="majorHAnsi"/>
          <w:sz w:val="24"/>
          <w:szCs w:val="24"/>
        </w:rPr>
      </w:pPr>
    </w:p>
    <w:p w14:paraId="297CCE17" w14:textId="77777777" w:rsidR="001A25A7" w:rsidRDefault="001A25A7" w:rsidP="00996896">
      <w:pPr>
        <w:rPr>
          <w:rFonts w:asciiTheme="majorHAnsi" w:hAnsiTheme="majorHAnsi" w:cstheme="majorHAnsi"/>
          <w:sz w:val="24"/>
          <w:szCs w:val="24"/>
        </w:rPr>
      </w:pPr>
    </w:p>
    <w:p w14:paraId="07E002BF" w14:textId="6FAF7FA9" w:rsidR="00F37D6C" w:rsidRDefault="001A25A7" w:rsidP="00AE6205">
      <w:pPr>
        <w:jc w:val="right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____</w:t>
      </w:r>
      <w:r w:rsidR="00AE6205">
        <w:rPr>
          <w:rFonts w:asciiTheme="majorHAnsi" w:hAnsiTheme="majorHAnsi" w:cstheme="majorHAnsi"/>
          <w:sz w:val="24"/>
          <w:szCs w:val="24"/>
        </w:rPr>
        <w:t>__________________________</w:t>
      </w:r>
    </w:p>
    <w:p w14:paraId="1597FCF1" w14:textId="43B62696" w:rsidR="009F027B" w:rsidRPr="00DD4192" w:rsidRDefault="009F027B" w:rsidP="009F027B">
      <w:pPr>
        <w:jc w:val="right"/>
        <w:rPr>
          <w:rFonts w:asciiTheme="majorHAnsi" w:hAnsiTheme="majorHAnsi" w:cstheme="majorHAnsi"/>
        </w:rPr>
      </w:pPr>
      <w:proofErr w:type="gramStart"/>
      <w:r w:rsidRPr="00DD4192">
        <w:rPr>
          <w:rFonts w:asciiTheme="majorHAnsi" w:hAnsiTheme="majorHAnsi" w:cstheme="majorHAnsi"/>
        </w:rPr>
        <w:t>(</w:t>
      </w:r>
      <w:r w:rsidR="0007592B">
        <w:rPr>
          <w:rFonts w:asciiTheme="majorHAnsi" w:hAnsiTheme="majorHAnsi" w:cstheme="majorHAnsi"/>
        </w:rPr>
        <w:t xml:space="preserve"> </w:t>
      </w:r>
      <w:proofErr w:type="spellStart"/>
      <w:r w:rsidR="0007592B">
        <w:rPr>
          <w:rFonts w:asciiTheme="majorHAnsi" w:hAnsiTheme="majorHAnsi" w:cstheme="majorHAnsi"/>
        </w:rPr>
        <w:t>mjesto</w:t>
      </w:r>
      <w:proofErr w:type="spellEnd"/>
      <w:proofErr w:type="gramEnd"/>
      <w:r w:rsidR="0007592B">
        <w:rPr>
          <w:rFonts w:asciiTheme="majorHAnsi" w:hAnsiTheme="majorHAnsi" w:cstheme="majorHAnsi"/>
        </w:rPr>
        <w:t xml:space="preserve">, </w:t>
      </w:r>
      <w:r w:rsidRPr="00DD4192">
        <w:rPr>
          <w:rFonts w:asciiTheme="majorHAnsi" w:hAnsiTheme="majorHAnsi" w:cstheme="majorHAnsi"/>
        </w:rPr>
        <w:t xml:space="preserve">datum </w:t>
      </w:r>
      <w:proofErr w:type="spellStart"/>
      <w:r w:rsidRPr="00DD4192">
        <w:rPr>
          <w:rFonts w:asciiTheme="majorHAnsi" w:hAnsiTheme="majorHAnsi" w:cstheme="majorHAnsi"/>
        </w:rPr>
        <w:t>i</w:t>
      </w:r>
      <w:proofErr w:type="spellEnd"/>
      <w:r w:rsidRPr="00DD4192">
        <w:rPr>
          <w:rFonts w:asciiTheme="majorHAnsi" w:hAnsiTheme="majorHAnsi" w:cstheme="majorHAnsi"/>
        </w:rPr>
        <w:t xml:space="preserve"> </w:t>
      </w:r>
      <w:proofErr w:type="spellStart"/>
      <w:r w:rsidRPr="00DD4192">
        <w:rPr>
          <w:rFonts w:asciiTheme="majorHAnsi" w:hAnsiTheme="majorHAnsi" w:cstheme="majorHAnsi"/>
        </w:rPr>
        <w:t>potpis</w:t>
      </w:r>
      <w:proofErr w:type="spellEnd"/>
      <w:r w:rsidRPr="00DD4192">
        <w:rPr>
          <w:rFonts w:asciiTheme="majorHAnsi" w:hAnsiTheme="majorHAnsi" w:cstheme="majorHAnsi"/>
        </w:rPr>
        <w:t xml:space="preserve"> </w:t>
      </w:r>
      <w:proofErr w:type="spellStart"/>
      <w:r w:rsidRPr="00DD4192">
        <w:rPr>
          <w:rFonts w:asciiTheme="majorHAnsi" w:hAnsiTheme="majorHAnsi" w:cstheme="majorHAnsi"/>
        </w:rPr>
        <w:t>podnositelja</w:t>
      </w:r>
      <w:proofErr w:type="spellEnd"/>
      <w:r w:rsidR="00DD4192" w:rsidRPr="00DD4192">
        <w:rPr>
          <w:rFonts w:asciiTheme="majorHAnsi" w:hAnsiTheme="majorHAnsi" w:cstheme="majorHAnsi"/>
        </w:rPr>
        <w:t>)</w:t>
      </w:r>
    </w:p>
    <w:sectPr w:rsidR="009F027B" w:rsidRPr="00DD4192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Brojevi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Brojevi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Grafikeoznake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Grafikeoznake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Brojevi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Grafikeoznake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8BA7395"/>
    <w:multiLevelType w:val="hybridMultilevel"/>
    <w:tmpl w:val="4DE83BCC"/>
    <w:lvl w:ilvl="0" w:tplc="DE281EDC">
      <w:numFmt w:val="bullet"/>
      <w:lvlText w:val="-"/>
      <w:lvlJc w:val="left"/>
      <w:pPr>
        <w:ind w:left="450" w:hanging="360"/>
      </w:pPr>
      <w:rPr>
        <w:rFonts w:ascii="Cambria" w:eastAsiaTheme="minorEastAsia" w:hAnsi="Cambria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0" w15:restartNumberingAfterBreak="0">
    <w:nsid w:val="17210458"/>
    <w:multiLevelType w:val="hybridMultilevel"/>
    <w:tmpl w:val="98A2FE04"/>
    <w:lvl w:ilvl="0" w:tplc="3EEC653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5F42E7"/>
    <w:multiLevelType w:val="hybridMultilevel"/>
    <w:tmpl w:val="BDE6CD3A"/>
    <w:lvl w:ilvl="0" w:tplc="3EEC653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FF2AD1"/>
    <w:multiLevelType w:val="hybridMultilevel"/>
    <w:tmpl w:val="C5886E7A"/>
    <w:lvl w:ilvl="0" w:tplc="99D8A4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440945"/>
    <w:multiLevelType w:val="hybridMultilevel"/>
    <w:tmpl w:val="AE8A92F0"/>
    <w:lvl w:ilvl="0" w:tplc="3EEC653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735494"/>
    <w:multiLevelType w:val="hybridMultilevel"/>
    <w:tmpl w:val="D6D2DD8E"/>
    <w:lvl w:ilvl="0" w:tplc="3EEC653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65688F"/>
    <w:multiLevelType w:val="hybridMultilevel"/>
    <w:tmpl w:val="1318075C"/>
    <w:lvl w:ilvl="0" w:tplc="3EEC653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3EEC653A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7155A2"/>
    <w:multiLevelType w:val="hybridMultilevel"/>
    <w:tmpl w:val="FBBE2C72"/>
    <w:lvl w:ilvl="0" w:tplc="3EEC653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3EEC653A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8E54EE"/>
    <w:multiLevelType w:val="hybridMultilevel"/>
    <w:tmpl w:val="D47C4990"/>
    <w:lvl w:ilvl="0" w:tplc="3EEC653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0125BE"/>
    <w:multiLevelType w:val="hybridMultilevel"/>
    <w:tmpl w:val="38740B7C"/>
    <w:lvl w:ilvl="0" w:tplc="3EEC653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7F4969"/>
    <w:multiLevelType w:val="hybridMultilevel"/>
    <w:tmpl w:val="138E9C00"/>
    <w:lvl w:ilvl="0" w:tplc="D8E690A2">
      <w:numFmt w:val="bullet"/>
      <w:lvlText w:val="-"/>
      <w:lvlJc w:val="left"/>
      <w:pPr>
        <w:ind w:left="450" w:hanging="360"/>
      </w:pPr>
      <w:rPr>
        <w:rFonts w:ascii="Cambria" w:eastAsiaTheme="minorEastAsia" w:hAnsi="Cambria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0" w15:restartNumberingAfterBreak="0">
    <w:nsid w:val="622C73F1"/>
    <w:multiLevelType w:val="hybridMultilevel"/>
    <w:tmpl w:val="BFD4CC44"/>
    <w:lvl w:ilvl="0" w:tplc="3EEC653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E752CE22">
      <w:numFmt w:val="bullet"/>
      <w:lvlText w:val="-"/>
      <w:lvlJc w:val="left"/>
      <w:pPr>
        <w:ind w:left="1440" w:hanging="360"/>
      </w:pPr>
      <w:rPr>
        <w:rFonts w:ascii="Cambria" w:eastAsiaTheme="minorEastAsia" w:hAnsi="Cambria" w:cstheme="minorBidi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A0B459F"/>
    <w:multiLevelType w:val="hybridMultilevel"/>
    <w:tmpl w:val="665C4468"/>
    <w:lvl w:ilvl="0" w:tplc="3EEC653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9E5BE8"/>
    <w:multiLevelType w:val="hybridMultilevel"/>
    <w:tmpl w:val="6BBEB89E"/>
    <w:lvl w:ilvl="0" w:tplc="8A00AC24">
      <w:numFmt w:val="bullet"/>
      <w:lvlText w:val="-"/>
      <w:lvlJc w:val="left"/>
      <w:pPr>
        <w:ind w:left="450" w:hanging="360"/>
      </w:pPr>
      <w:rPr>
        <w:rFonts w:ascii="Cambria" w:eastAsiaTheme="minorEastAsia" w:hAnsi="Cambria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20"/>
  </w:num>
  <w:num w:numId="11">
    <w:abstractNumId w:val="19"/>
  </w:num>
  <w:num w:numId="12">
    <w:abstractNumId w:val="10"/>
  </w:num>
  <w:num w:numId="13">
    <w:abstractNumId w:val="9"/>
  </w:num>
  <w:num w:numId="14">
    <w:abstractNumId w:val="18"/>
  </w:num>
  <w:num w:numId="15">
    <w:abstractNumId w:val="22"/>
  </w:num>
  <w:num w:numId="16">
    <w:abstractNumId w:val="13"/>
  </w:num>
  <w:num w:numId="17">
    <w:abstractNumId w:val="16"/>
  </w:num>
  <w:num w:numId="18">
    <w:abstractNumId w:val="14"/>
  </w:num>
  <w:num w:numId="19">
    <w:abstractNumId w:val="15"/>
  </w:num>
  <w:num w:numId="20">
    <w:abstractNumId w:val="17"/>
  </w:num>
  <w:num w:numId="21">
    <w:abstractNumId w:val="12"/>
  </w:num>
  <w:num w:numId="22">
    <w:abstractNumId w:val="11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7592B"/>
    <w:rsid w:val="000938CD"/>
    <w:rsid w:val="0015074B"/>
    <w:rsid w:val="001A25A7"/>
    <w:rsid w:val="002543B9"/>
    <w:rsid w:val="0029639D"/>
    <w:rsid w:val="00326F90"/>
    <w:rsid w:val="004D2C7C"/>
    <w:rsid w:val="005F4C25"/>
    <w:rsid w:val="0065398A"/>
    <w:rsid w:val="00714EAF"/>
    <w:rsid w:val="00996896"/>
    <w:rsid w:val="009F027B"/>
    <w:rsid w:val="00A559B4"/>
    <w:rsid w:val="00A6238E"/>
    <w:rsid w:val="00AA1D8D"/>
    <w:rsid w:val="00AC42A9"/>
    <w:rsid w:val="00AE6205"/>
    <w:rsid w:val="00B342C5"/>
    <w:rsid w:val="00B47730"/>
    <w:rsid w:val="00B531F6"/>
    <w:rsid w:val="00C01304"/>
    <w:rsid w:val="00CA73AD"/>
    <w:rsid w:val="00CB0664"/>
    <w:rsid w:val="00D03E1C"/>
    <w:rsid w:val="00D56C53"/>
    <w:rsid w:val="00D77439"/>
    <w:rsid w:val="00DB6E3C"/>
    <w:rsid w:val="00DD4192"/>
    <w:rsid w:val="00F37D6C"/>
    <w:rsid w:val="00F96BE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C4FAA34"/>
  <w14:defaultImageDpi w14:val="300"/>
  <w15:docId w15:val="{87250955-6E2F-4DA9-8829-EF8870B4E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Naslov1">
    <w:name w:val="heading 1"/>
    <w:basedOn w:val="Normal"/>
    <w:next w:val="Normal"/>
    <w:link w:val="Naslov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slov3">
    <w:name w:val="heading 3"/>
    <w:basedOn w:val="Normal"/>
    <w:next w:val="Normal"/>
    <w:link w:val="Naslov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618BF"/>
  </w:style>
  <w:style w:type="paragraph" w:styleId="Podnoje">
    <w:name w:val="footer"/>
    <w:basedOn w:val="Normal"/>
    <w:link w:val="Podnoje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618BF"/>
  </w:style>
  <w:style w:type="paragraph" w:styleId="Bezproreda">
    <w:name w:val="No Spacing"/>
    <w:uiPriority w:val="1"/>
    <w:qFormat/>
    <w:rsid w:val="00FC693F"/>
    <w:pPr>
      <w:spacing w:after="0" w:line="240" w:lineRule="auto"/>
    </w:pPr>
  </w:style>
  <w:style w:type="character" w:customStyle="1" w:styleId="Naslov1Char">
    <w:name w:val="Naslov 1 Char"/>
    <w:basedOn w:val="Zadanifontodlomka"/>
    <w:link w:val="Naslov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slov2Char">
    <w:name w:val="Naslov 2 Char"/>
    <w:basedOn w:val="Zadanifontodlomka"/>
    <w:link w:val="Naslov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slov3Char">
    <w:name w:val="Naslov 3 Char"/>
    <w:basedOn w:val="Zadanifontodlomka"/>
    <w:link w:val="Naslov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slov">
    <w:name w:val="Title"/>
    <w:basedOn w:val="Normal"/>
    <w:next w:val="Normal"/>
    <w:link w:val="Naslov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slovChar">
    <w:name w:val="Naslov Char"/>
    <w:basedOn w:val="Zadanifontodlomka"/>
    <w:link w:val="Naslov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slovChar">
    <w:name w:val="Podnaslov Char"/>
    <w:basedOn w:val="Zadanifontodlomka"/>
    <w:link w:val="Podnaslov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lomakpopis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ijeloteksta">
    <w:name w:val="Body Text"/>
    <w:basedOn w:val="Normal"/>
    <w:link w:val="TijelotekstaChar"/>
    <w:uiPriority w:val="99"/>
    <w:unhideWhenUsed/>
    <w:rsid w:val="00AA1D8D"/>
    <w:pPr>
      <w:spacing w:after="120"/>
    </w:pPr>
  </w:style>
  <w:style w:type="character" w:customStyle="1" w:styleId="TijelotekstaChar">
    <w:name w:val="Tijelo teksta Char"/>
    <w:basedOn w:val="Zadanifontodlomka"/>
    <w:link w:val="Tijeloteksta"/>
    <w:uiPriority w:val="99"/>
    <w:rsid w:val="00AA1D8D"/>
  </w:style>
  <w:style w:type="paragraph" w:styleId="Tijeloteksta2">
    <w:name w:val="Body Text 2"/>
    <w:basedOn w:val="Normal"/>
    <w:link w:val="Tijeloteksta2Char"/>
    <w:uiPriority w:val="99"/>
    <w:unhideWhenUsed/>
    <w:rsid w:val="00AA1D8D"/>
    <w:pPr>
      <w:spacing w:after="120" w:line="480" w:lineRule="auto"/>
    </w:pPr>
  </w:style>
  <w:style w:type="character" w:customStyle="1" w:styleId="Tijeloteksta2Char">
    <w:name w:val="Tijelo teksta 2 Char"/>
    <w:basedOn w:val="Zadanifontodlomka"/>
    <w:link w:val="Tijeloteksta2"/>
    <w:uiPriority w:val="99"/>
    <w:rsid w:val="00AA1D8D"/>
  </w:style>
  <w:style w:type="paragraph" w:styleId="Tijeloteksta3">
    <w:name w:val="Body Text 3"/>
    <w:basedOn w:val="Normal"/>
    <w:link w:val="Tijeloteksta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ijeloteksta3Char">
    <w:name w:val="Tijelo teksta 3 Char"/>
    <w:basedOn w:val="Zadanifontodlomka"/>
    <w:link w:val="Tijeloteksta3"/>
    <w:uiPriority w:val="99"/>
    <w:rsid w:val="00AA1D8D"/>
    <w:rPr>
      <w:sz w:val="16"/>
      <w:szCs w:val="16"/>
    </w:rPr>
  </w:style>
  <w:style w:type="paragraph" w:styleId="Popis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Popis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Popis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Grafikeoznake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Grafikeoznake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Grafikeoznake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Brojevi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Brojevi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Brojevi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Nastavakpopis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Nastavakpopis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Nastavakpopis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kstmakronaredbe">
    <w:name w:val="macro"/>
    <w:link w:val="Tekstmakronaredb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onaredbeChar">
    <w:name w:val="Tekst makronaredbe Char"/>
    <w:basedOn w:val="Zadanifontodlomka"/>
    <w:link w:val="Tekstmakronaredbe"/>
    <w:uiPriority w:val="99"/>
    <w:rsid w:val="0029639D"/>
    <w:rPr>
      <w:rFonts w:ascii="Courier" w:hAnsi="Courier"/>
      <w:sz w:val="20"/>
      <w:szCs w:val="20"/>
    </w:rPr>
  </w:style>
  <w:style w:type="paragraph" w:styleId="Citat">
    <w:name w:val="Quote"/>
    <w:basedOn w:val="Normal"/>
    <w:next w:val="Normal"/>
    <w:link w:val="CitatChar"/>
    <w:uiPriority w:val="29"/>
    <w:qFormat/>
    <w:rsid w:val="00FC693F"/>
    <w:rPr>
      <w:i/>
      <w:iCs/>
      <w:color w:val="000000" w:themeColor="text1"/>
    </w:rPr>
  </w:style>
  <w:style w:type="character" w:customStyle="1" w:styleId="CitatChar">
    <w:name w:val="Citat Char"/>
    <w:basedOn w:val="Zadanifontodlomka"/>
    <w:link w:val="Citat"/>
    <w:uiPriority w:val="29"/>
    <w:rsid w:val="00FC693F"/>
    <w:rPr>
      <w:i/>
      <w:iCs/>
      <w:color w:val="000000" w:themeColor="text1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Opisslike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Naglaeno">
    <w:name w:val="Strong"/>
    <w:basedOn w:val="Zadanifontodlomka"/>
    <w:uiPriority w:val="22"/>
    <w:qFormat/>
    <w:rsid w:val="00FC693F"/>
    <w:rPr>
      <w:b/>
      <w:bCs/>
    </w:rPr>
  </w:style>
  <w:style w:type="character" w:styleId="Istaknuto">
    <w:name w:val="Emphasis"/>
    <w:basedOn w:val="Zadanifontodlomka"/>
    <w:uiPriority w:val="20"/>
    <w:qFormat/>
    <w:rsid w:val="00FC693F"/>
    <w:rPr>
      <w:i/>
      <w:iCs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FC693F"/>
    <w:rPr>
      <w:b/>
      <w:bCs/>
      <w:i/>
      <w:iCs/>
      <w:color w:val="4F81BD" w:themeColor="accent1"/>
    </w:rPr>
  </w:style>
  <w:style w:type="character" w:styleId="Neupadljivoisticanje">
    <w:name w:val="Subtle Emphasis"/>
    <w:basedOn w:val="Zadanifontodlomka"/>
    <w:uiPriority w:val="19"/>
    <w:qFormat/>
    <w:rsid w:val="00FC693F"/>
    <w:rPr>
      <w:i/>
      <w:iCs/>
      <w:color w:val="808080" w:themeColor="text1" w:themeTint="7F"/>
    </w:rPr>
  </w:style>
  <w:style w:type="character" w:styleId="Jakoisticanje">
    <w:name w:val="Intense Emphasis"/>
    <w:basedOn w:val="Zadanifontodlomka"/>
    <w:uiPriority w:val="21"/>
    <w:qFormat/>
    <w:rsid w:val="00FC693F"/>
    <w:rPr>
      <w:b/>
      <w:bCs/>
      <w:i/>
      <w:iCs/>
      <w:color w:val="4F81BD" w:themeColor="accent1"/>
    </w:rPr>
  </w:style>
  <w:style w:type="character" w:styleId="Neupadljivareferenca">
    <w:name w:val="Subtle Reference"/>
    <w:basedOn w:val="Zadanifontodlomka"/>
    <w:uiPriority w:val="31"/>
    <w:qFormat/>
    <w:rsid w:val="00FC693F"/>
    <w:rPr>
      <w:smallCaps/>
      <w:color w:val="C0504D" w:themeColor="accent2"/>
      <w:u w:val="single"/>
    </w:rPr>
  </w:style>
  <w:style w:type="character" w:styleId="Istaknutareferenca">
    <w:name w:val="Intense Reference"/>
    <w:basedOn w:val="Zadanifontodlomk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Naslovknjige">
    <w:name w:val="Book Title"/>
    <w:basedOn w:val="Zadanifontodlomka"/>
    <w:uiPriority w:val="33"/>
    <w:qFormat/>
    <w:rsid w:val="00FC693F"/>
    <w:rPr>
      <w:b/>
      <w:bCs/>
      <w:smallCaps/>
      <w:spacing w:val="5"/>
    </w:rPr>
  </w:style>
  <w:style w:type="paragraph" w:styleId="TOCNaslov">
    <w:name w:val="TOC Heading"/>
    <w:basedOn w:val="Naslov1"/>
    <w:next w:val="Normal"/>
    <w:uiPriority w:val="39"/>
    <w:semiHidden/>
    <w:unhideWhenUsed/>
    <w:qFormat/>
    <w:rsid w:val="00FC693F"/>
    <w:pPr>
      <w:outlineLvl w:val="9"/>
    </w:pPr>
  </w:style>
  <w:style w:type="table" w:styleId="Reetkatablice">
    <w:name w:val="Table Grid"/>
    <w:basedOn w:val="Obinatablica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ijetlosjenanje">
    <w:name w:val="Light Shading"/>
    <w:basedOn w:val="Obinatablica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Svijetlipopis">
    <w:name w:val="Light List"/>
    <w:basedOn w:val="Obinatablic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ijetlipopis-Isticanje1">
    <w:name w:val="Light List Accent 1"/>
    <w:basedOn w:val="Obinatablic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vijetlipopis-Isticanje2">
    <w:name w:val="Light List Accent 2"/>
    <w:basedOn w:val="Obinatablic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Svijetlipopis-Isticanje3">
    <w:name w:val="Light List Accent 3"/>
    <w:basedOn w:val="Obinatablic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Svijetlipopis-Isticanje4">
    <w:name w:val="Light List Accent 4"/>
    <w:basedOn w:val="Obinatablic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Svijetlipopis-Isticanje5">
    <w:name w:val="Light List Accent 5"/>
    <w:basedOn w:val="Obinatablic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Srednjipopis-Isticanje6">
    <w:name w:val="Light List Accent 6"/>
    <w:basedOn w:val="Obinatablic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Svijetlareetka">
    <w:name w:val="Light Grid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vijetlareetka-Isticanje1">
    <w:name w:val="Light Grid Accent 1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vijetlareetka-Isticanje2">
    <w:name w:val="Light Grid Accent 2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ijetlareetka-Isticanje3">
    <w:name w:val="Light Grid Accent 3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vijetlareetka-Isticanje4">
    <w:name w:val="Light Grid Accent 4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Svijetlareetka-Isticanje5">
    <w:name w:val="Light Grid Accent 5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Srednjareetka-Isticanje6">
    <w:name w:val="Light Grid Accent 6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rednjesjenanje1">
    <w:name w:val="Medium Shading 1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ipopis1">
    <w:name w:val="Medium List 1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areetka1">
    <w:name w:val="Medium Grid 1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amnipopis">
    <w:name w:val="Dark List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Obojanosjenanje">
    <w:name w:val="Colorful Shading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ipopis">
    <w:name w:val="Colorful List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areetka">
    <w:name w:val="Colorful Grid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200</Words>
  <Characters>1144</Characters>
  <Application>Microsoft Office Word</Application>
  <DocSecurity>0</DocSecurity>
  <Lines>9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1342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Korisnik</cp:lastModifiedBy>
  <cp:revision>22</cp:revision>
  <cp:lastPrinted>2025-01-27T08:23:00Z</cp:lastPrinted>
  <dcterms:created xsi:type="dcterms:W3CDTF">2013-12-23T23:15:00Z</dcterms:created>
  <dcterms:modified xsi:type="dcterms:W3CDTF">2025-01-27T08:30:00Z</dcterms:modified>
  <cp:category/>
</cp:coreProperties>
</file>